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כתבות המשנה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כתבות המשנה ואת המבנה הייחודי של כל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מרכיבים חובה כמו מושג ספרותי, מקורות ודעה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בקול אישי או בקול דמות מתוך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200-400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מושג ספרותי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 נימוקים, כל אחד על יצירה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דמות דינמית שעוברת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לטענה אחת מכתבה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דמות מהיצירה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טור דעה נכתב בגוף ראשון, כי זה הקול האישי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נשמרת האמינות לדמות המקורית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שינוי הדרגתי בטון שמשקף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חובה להתייחס לכתבה ולטענה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טובה להרחיב את התשובה ולהעמיק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עדיף פרפרזה; ציטוטים צריכים להיות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כתבה למבנה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(עמדה אישית ברורה עם שני נימוקים מיצירות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(5-7 שאלות שמתקדמות מהקל אל העמוק)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(רשומות עם שינוי הדרגתי בטון ותחושה)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(תגובה לטענה אחת עם בקשה או הצעה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(מכתב בעיה מדמות ותשובה עם עצות מעשיות)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כתיבת טור דעה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מסקרנת - שאלה או אנקדוטה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העמדה במשפט אחד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נימוקים, כל אחד נשען על מקור מיצירה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לעמדה הנגדית ודחייתה בנימוס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שחוזר לעמדה ומציע מסקנה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חד שמציג שאלה או עמדה, בגוף ראשון, בלי הכללות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הנוגעת לקונפליקט או סתירה בהתנהגות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מושג ספרותי אחד, דעה אישית ולפחות שני מקורות, אורך 200-400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טור דעה הוא עמדה עצמאית; מכתב למערכת הוא תגובה לכתבה קיימת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מסע, כי יש בו כמה רשומות לאורך זמן שמאפשרות להראות שינוי הדרגתי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כך שכל קבוצה מתרגלת סוג כתבה אחר ואז משווים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מהיצירה הנלמדת בכיתה ולבקש מהתלמידים לבחור סוג כתבה מתאים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הפתוח השני אפשר להקדיש זמן נוסף בבית ולדון בכיתה בדוגמאות מוצלחות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כתבות המשנה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הספרותי השיתופי כל חבר צוות כותב כתבת משנה אחת מסוג שונה: טור דעה, ריאיון, יומן מסע, מכתב למערכת או מדור עצות. לכל סוג כתבה יש מבנה, טיפים ופתיחי משפטים משלו.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מילים צריכה להיות כתבת משנה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50-100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100-200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200-400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500-700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חובה שיהיה בכל כתבת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מושג ספרותי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ריאיון עם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בטור דעה, כמה נימוקים לפחות צריך, וכל אחד נשען על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אחד, על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נימוקים, כל אחד על 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נימוקים, על אותה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המיוחד ביומן מסע מבחינת סוג הדמות שמתאים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דינמית שעוברת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ללא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במכתב למערכת, לכמה טענות כדאי להגיב?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הכתבות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לטענה אחת מכתבה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במדור עצות, מי כותב את מכתב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העורך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בטור דעה אפשר לכתוב בגוף שלישי כמו מאמר אקדמי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בריאיון עם דמות, התשובות חייבות להיות נאמנות למה שידוע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מסע הטון צריך להישאר זהה מהרשומה הראשונה עד האחרונה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מכתב למערכת בלי להזכיר כתבה מסוימת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במדור עצות היועץ יכול להשוות לדמויות מיצירות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כתבת משנה מותר להשתמש בציטוטים ארוכים מהיצירה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 דעה יש להתייחס לעמדה ה__________ ולדחות אותה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בריאיון מומלץ להכין קודם '__________ דמות' עם תכונות, רצונות ופחדים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ביומן מסע חשוב לשלב פרטים __________ - מה רואים, שומעים ומריחים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במכתב למערכת יש לחתום בסוף בשם, תפקיד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במדור עצות היועץ מזהה את ה__________ במשפט אחד בתחילת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בטור דעה הכותרת יכולה לבוא עם סימן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כתבה למבנה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טור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רשומות עם שינוי הדרגתי בטון ותחושה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ריאיון עם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עמדה אישית ברורה עם שני נימוקים מיצירות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יומן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5-7 שאלות שמתקדמות מהקל אל העמוק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למערכת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 בעיה מדמות ותשובה עם עצות מעשיות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מדור 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תגובה לטענה אחת עם בקשה או הצעה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כתיבת טור דעה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העמדה במשפט אחד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נימוקים, כל אחד נשען על מקור מיצירה אחרת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לעמדה הנגדית ודחייתה בנימוס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שחוזר לעמדה ומציע מסקנה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מסקרנת - שאלה או אנקדוטה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אחד לטור דעה בנושא שבחרתם מתוך 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מאתגרת שהייתם שואלים דמות בריאיון, על החלטה קשה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בכל כתבת משנה, גם אם הסוגים שונים?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להבדל בין טור דעה לבין מכתב למערכת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סוג כתבה הכי מתאים להציג דמות שמשתנה לאורך הסיפור,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כתבות המשנה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