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כתבות המשנה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כתבות המשנה ואת המבנה הייחודי של כל 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מרכיבים חובה כמו מושג ספרותי, מקורות ודעה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בקול אישי או בקול דמות מתוך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200-400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מושג ספרותי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שני נימוקים, כל אחד על יצירה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דמות דינמית שעוברת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לטענה אחת מכתבה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דמות מהיצירה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טור דעה נכתב בגוף ראשון, כי זה הקול האישי של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נשמרת האמינות לדמות המקורית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שינוי הדרגתי בטון שמשקף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חובה להתייחס לכתבה ולטענה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טובה להרחיב את התשובה ולהעמיק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עדיף פרפרזה; ציטוטים צריכים להיות קצרים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נגדית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סוג כתבה למבנה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(עמדה אישית ברורה עם שני נימוקים מיצירות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(5-7 שאלות שמתקדמות מהקל אל העמוק)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(רשומות עם שינוי הדרגתי בטון ותחושה)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(תגובה לטענה אחת עם בקשה או הצעה 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(מכתב בעיה מדמות ותשובה עם עצות מעשיות)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כתיבת טור דעה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מסקרנת - שאלה או אנקדוטה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העמדה במשפט אחד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 נימוקים, כל אחד נשען על מקור מיצירה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התייחסות לעמדה הנגדית ודחייתה בנימוס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שחוזר לעמדה ומציע מסקנה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חד שמציג שאלה או עמדה, בגוף ראשון, בלי הכללות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פתוחה הנוגעת לקונפליקט או סתירה בהתנהגות הדמות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מושג ספרותי אחד, דעה אישית ולפחות שני מקורות, אורך 200-400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טור דעה הוא עמדה עצמאית; מכתב למערכת הוא תגובה לכתבה קיימת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יומן מסע, כי יש בו כמה רשומות לאורך זמן שמאפשרות להראות שינוי הדרגתי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כך שכל קבוצה מתרגלת סוג כתבה אחר ואז משווים 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דוגמה מהיצירה הנלמדת בכיתה ולבקש מהתלמידים לבחור סוג כתבה מתאים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לפריט הפתוח השני אפשר להקדיש זמן נוסף בבית ולדון בכיתה בדוגמאות מוצלחות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כתבות המשנה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בעיתון יש כמה סוגי כתבות קצרות. לכל סוג יש חוקים משלו: טור דעה, ריאיון, יומן מסע, מכתב למערכת ומדור עצות. לומדים איך כותבים כל אחד מהם.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 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שבה כותבים עמדה אישית ברורה ומנמקים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שיחת שאלות ותשובות דמיונית עם דמות מהיצירה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רשומות יומן בגוף ראשון בקול דמות לאורך מסע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מכתב למערכת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תגובה של קורא לכתבה שפורסמה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מדור עצות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בעיה מדמות ותשובת יועץ חכמה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מושג ספרותי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לניתוח יצירה, כמו דמות דינמית או אירוניה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פרפרזה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רעיון מהטקסט במילים שלנו במקום ציטוט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דינמית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שמשתנה במהלך העלילה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מילים צריך לכתוב בכתבת משנה?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50-100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100-200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200-400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500-700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חייב להיות בכל 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מושג ספרותי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ריאיון עם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נימוקים צריך בטור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אחד, על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נימוקים, כל אחד על יצירה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נימוקים, על אותה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דמות הכי מתאימה ליומן 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שלא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דינמית שעוברת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משנית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ללא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כמה טענות עונים במכתב למערכת?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 הכתבות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לטענה אחת מכתבה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לכותרת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לאף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כותב את השאלה במדור עצות?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העורך הראשי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מהיצירה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הקורא האמיתי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בטור דעה אפשר לכתוב בגוף שלישי כמו מאמר אקדמי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בריאיון עם דמות, התשובות חייבות להיות נאמנות למה שידוע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מסע הטון צריך להישאר זהה מהרשומה הראשונה עד האחרונה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לכתוב מכתב למערכת בלי להזכיר כתבה מסוימת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במדור עצות היועץ יכול להשוות לדמויות מיצירות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כתבת משנה מותר להשתמש בציטוטים ארוכים מהיצירה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בטור דעה יש להתייחס לעמדה ה__________ ולדחות אותה בנימוס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בריאיון מומלץ להכין קודם '__________ דמות' עם תכונות, רצונות ופחדים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ביומן מסע חשוב לשלב פרטים __________ - מה רואים, שומעים ומריחים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במכתב למערכת יש לחתום בסוף בשם, תפקיד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במדור עצות היועץ מזהה את ה__________ במשפט אחד בתחילת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בטור דעה הכותרת יכולה לבוא עם סימן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סוג כתבה למבנה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טור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מכתב בעיה מדמות ותשובה עם עצות מעשיות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ריאיון עם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רשומות עם שינוי הדרגתי בטון ותחושה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יומן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תגובה לטענה אחת עם בקשה או הצעה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מכתב למערכת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5-7 שאלות שמתקדמות מהקל אל העמוק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מדור עצות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עמדה אישית ברורה עם שני נימוקים מיצירות שונות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כתיבת טור דעה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שחוזר לעמדה ומציע מסקנה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התייחסות לעמדה הנגדית ודחייתה בנימוס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מסקרנת - שאלה או אנקדוטה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העמדה במשפט אחד 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נימוקים, כל אחד נשען על מקור מיצירה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פתיחה אחד לטור דעה בנושא שבחרתם מתוך יצירה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מאתגרת שהייתם שואלים דמות בריאיון, על החלטה קשה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בכל כתבת משנה, גם אם הסוגים שונים?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להבדל בין טור דעה לבין מכתב למערכת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סוג כתבה הכי מתאים להציג דמות שמשתנה לאורך הסיפור,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כתבות המשנה בעיתון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