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📰 העיתון הספרותי השיתופי – ערכה מלאה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כתבות המשנה בעיתון הספרותי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סוגי כתבות המשנה ואת המבנה הייחודי של כל סוג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מרכיבים חובה כמו מושג ספרותי, מקורות ודעה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כתיבה בקול אישי או בקול דמות מתוך יצירה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 - בחירה מרובה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200-400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מושג ספרותי אחד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דמות דינמית שעוברת שינוי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טור דעה נכתב בגוף ראשון, כי זה הקול האישי של הכותב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נשמרת האמינות לדמות המקורית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צריך שינוי הדרגתי בטון שמשקף התפתחות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מילה 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נגדית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כרטיס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חושיים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סוג כתבה למבנה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(עמדה אישית ברורה עם שני נימוקים מיצירות שונות)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(5-7 שאלות שמתקדמות מהקל אל העמוק)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(רשומות עם שינוי הדרגתי בטון ותחושה)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(תגובה לטענה אחת עם בקשה או הצעה בסוף)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סידור שלבי כתיבת טור דעה לפי הסדר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פתיחה מסקרנת - שאלה או אנקדוטה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הצגת העמדה במשפט אחד ברור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שני נימוקים, כל אחד נשען על מקור מיצירה אחרת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התייחסות לעמדה הנגדית ודחייתה בנימוס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חד שמציג שאלה או עמדה, בגוף ראשון, בלי הכללות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מושג ספרותי אחד, דעה אישית ולפחות שני מקורות, אורך 200-400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טור דעה הוא עמדה עצמאית; מכתב למערכת הוא תגובה לכתבה קיימת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יומן מסע, כי יש בו כמה רשומות לאורך זמן שמאפשרות להראות שינוי הדרגתי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הכיתה לקבוצות כך שכל קבוצה מתרגלת סוג כתבה אחר ואז משווים תוצאות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להביא דוגמה מהיצירה הנלמדת בכיתה ולבקש מהתלמידים לבחור סוג כתבה מתאים 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לפריט הפתוח השני אפשר להקדיש זמן נוסף בבית ולדון בכיתה בדוגמאות מוצלחות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📰 העיתון הספרותי השיתופי – ערכה מלאה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כתבות המשנה בעיתון הספרותי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בעיתון הספרותי השיתופי כל חבר צוות כותב כתבת משנה אחת מסוג שונה: טור דעה, ריאיון, יומן מסע, מכתב למערכת או מדור עצות. לכל סוג כתבה יש מבנה, טיפים ופתיחי משפטים משלו.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חושיים  ·  כרטיס  ·  נגדית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בסיסית - בחירה מרובה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כמה מילים צריכה להיות כתבת משנה בערך?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50-100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100-200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200-400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חובה שיהיה בכל כתבת משנה?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שיר מקורי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מושג ספרותי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ציור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המיוחד ביומן מסע מבחינת סוג הדמות שמתאים לו?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דמות שלא משתנה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דמות דינמית שעוברת שינוי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דמות משנית בלבד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בטור דעה אפשר לכתוב בגוף שלישי כמו מאמר אקדמי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בריאיון עם דמות, התשובות חייבות להיות נאמנות למה שידוע מהטקסט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ביומן מסע הטון צריך להישאר זהה מהרשומה הראשונה עד האחרונה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מילה 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בטור דעה יש להתייחס לעמדה ה__________ ולדחות אותה בנימוס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בריאיון מומלץ להכין קודם '__________ דמות' עם תכונות, רצונות ופחדים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ביומן מסע חשוב לשלב פרטים __________ - מה רואים, שומעים ומריחים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התאמת סוג כתבה למבנה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טור דעה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רשומות עם שינוי הדרגתי בטון ותחושה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ריאיון עם דמות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עמדה אישית ברורה עם שני נימוקים מיצירות שונות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יומן מסע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תגובה לטענה אחת עם בקשה או הצעה בסוף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מכתב למערכת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5-7 שאלות שמתקדמות מהקל אל העמוק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סידור שלבי כתיבת טור דעה לפי הסדר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שני נימוקים, כל אחד נשען על מקור מיצירה אחרת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התייחסות לעמדה הנגדית ודחייתה בנימוס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הצגת העמדה במשפט אחד ברור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פתיחה מסקרנת - שאלה או אנקדוטה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משפט פתיחה אחד לטור דעה בנושא שבחרתם מתוך יצירה שלמדתם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חייב להיות בכל כתבת משנה, גם אם הסוגים שונים?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אחת להבדל בין טור דעה לבין מכתב למערכת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כתבות המשנה בעיתון הספרותי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